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ind w:left="4535" w:hanging="0"/>
        <w:jc w:val="right"/>
        <w:rPr/>
      </w:pPr>
      <w:r>
        <w:rPr>
          <w:b w:val="false"/>
          <w:sz w:val="28"/>
        </w:rPr>
        <w:t>Ручк</w:t>
      </w:r>
      <w:r>
        <w:rPr>
          <w:b w:val="false"/>
          <w:sz w:val="28"/>
          <w:lang w:val="ru-RU"/>
        </w:rPr>
        <w:t>а</w:t>
      </w:r>
      <w:r>
        <w:rPr>
          <w:b w:val="false"/>
          <w:sz w:val="28"/>
        </w:rPr>
        <w:t xml:space="preserve"> Виктории</w:t>
      </w:r>
    </w:p>
    <w:p>
      <w:pPr>
        <w:pStyle w:val="Normal"/>
        <w:spacing w:before="0" w:after="120"/>
        <w:ind w:left="4535" w:hanging="0"/>
        <w:jc w:val="right"/>
        <w:rPr/>
      </w:pPr>
      <w:r>
        <w:rPr>
          <w:b w:val="false"/>
          <w:sz w:val="28"/>
        </w:rPr>
        <w:t>Александровне</w:t>
      </w:r>
    </w:p>
    <w:p>
      <w:pPr>
        <w:pStyle w:val="Normal"/>
        <w:spacing w:before="0" w:after="120"/>
        <w:ind w:left="4535" w:hanging="0"/>
        <w:jc w:val="right"/>
        <w:rPr/>
      </w:pPr>
      <w:r>
        <w:rPr>
          <w:b w:val="false"/>
          <w:sz w:val="28"/>
        </w:rPr>
        <w:t>от [ФИО полностью]</w:t>
        <w:br/>
      </w:r>
      <w:r>
        <w:rPr>
          <w:b w:val="false"/>
          <w:sz w:val="28"/>
          <w:lang w:val="en-US"/>
        </w:rPr>
        <w:t xml:space="preserve">[email, </w:t>
      </w:r>
      <w:r>
        <w:rPr>
          <w:b w:val="false"/>
          <w:sz w:val="28"/>
          <w:lang w:val="ru-RU"/>
        </w:rPr>
        <w:t>который указали при оплате на геткурсе</w:t>
      </w:r>
      <w:r>
        <w:rPr>
          <w:b w:val="false"/>
          <w:sz w:val="28"/>
          <w:lang w:val="en-US"/>
        </w:rPr>
        <w:t>]</w:t>
      </w:r>
    </w:p>
    <w:p>
      <w:pPr>
        <w:pStyle w:val="Normal"/>
        <w:spacing w:before="0" w:after="120"/>
        <w:jc w:val="center"/>
        <w:rPr/>
      </w:pPr>
      <w:r>
        <w:rPr>
          <w:b/>
          <w:sz w:val="32"/>
        </w:rPr>
        <w:t>Заявление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Прошу сделать частичный возврат оплаты за [название курса/сессии/услуги] в размере [сумма] руб. ([сумма прописью] рублей 00 копеек) из общей суммы оплаты [полная сумма] руб.</w:t>
      </w:r>
    </w:p>
    <w:p>
      <w:pPr>
        <w:pStyle w:val="Normal"/>
        <w:spacing w:before="0" w:after="120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Причина частичного возврата: [указать причину, напр. неполное посещение / отмена части услуги]</w:t>
      </w:r>
    </w:p>
    <w:p>
      <w:pPr>
        <w:pStyle w:val="Normal"/>
        <w:spacing w:before="0" w:after="120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Квитанция об оплате № [номер квитанции]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По заказу № [номер заказа]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От [дата и время оплаты]</w:t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Реквизиты для возврата: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Получатель: [ФИО получателя полностью]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Банк: [наименование банка]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БИК: [БИК банка]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Корр. счёт: [корреспондентский счёт банка]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ИНН: [ИНН банка]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КПП: [КПП банка]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Расчётный счёт / номер счёта получателя: [номер счёта]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Номер карты: [номер карты]</w:t>
      </w:r>
    </w:p>
    <w:p>
      <w:pPr>
        <w:pStyle w:val="Normal"/>
        <w:spacing w:before="0" w:after="120"/>
        <w:rPr/>
      </w:pPr>
      <w:r>
        <w:rPr>
          <w:b w:val="false"/>
          <w:sz w:val="28"/>
        </w:rPr>
        <w:t>Реквизиты и квитанцию прилагаю.</w:t>
      </w:r>
    </w:p>
    <w:p>
      <w:pPr>
        <w:pStyle w:val="Normal"/>
        <w:spacing w:before="0" w:after="200"/>
        <w:jc w:val="right"/>
        <w:rPr/>
      </w:pPr>
      <w:r>
        <w:rPr>
          <w:sz w:val="28"/>
        </w:rPr>
        <w:t>[дата]                                    [Фамилия И.О.]  _____________ (подпись)</w:t>
      </w:r>
    </w:p>
    <w:sectPr>
      <w:type w:val="nextPage"/>
      <w:pgSz w:w="12240" w:h="15840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8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5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6">
    <w:name w:val="Заголовок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7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tyle8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Style11">
    <w:name w:val="Колонтитул"/>
    <w:basedOn w:val="Normal"/>
    <w:qFormat/>
    <w:pPr/>
    <w:rPr/>
  </w:style>
  <w:style w:type="paragraph" w:styleId="Style12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3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tyle14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15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Style16">
    <w:name w:val="Index Heading"/>
    <w:basedOn w:val="Style6"/>
    <w:pPr/>
    <w:rPr/>
  </w:style>
  <w:style w:type="paragraph" w:styleId="Style17">
    <w:name w:val="TOC Heading"/>
    <w:basedOn w:val="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LibreOffice/7.5.1.2$Windows_X86_64 LibreOffice_project/fcbaee479e84c6cd81291587d2ee68cba099e129</Application>
  <AppVersion>15.0000</AppVersion>
  <Pages>1</Pages>
  <Words>111</Words>
  <Characters>700</Characters>
  <CharactersWithSpaces>827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2026-08-20T00:13:24Z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