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ind w:left="4535" w:hanging="0"/>
        <w:jc w:val="right"/>
        <w:rPr>
          <w:sz w:val="24"/>
          <w:szCs w:val="24"/>
        </w:rPr>
      </w:pPr>
      <w:r>
        <w:rPr>
          <w:b w:val="false"/>
          <w:sz w:val="24"/>
          <w:szCs w:val="24"/>
        </w:rPr>
        <w:t>Ручк</w:t>
      </w:r>
      <w:r>
        <w:rPr>
          <w:b w:val="false"/>
          <w:sz w:val="24"/>
          <w:szCs w:val="24"/>
          <w:lang w:val="ru-RU"/>
        </w:rPr>
        <w:t>а</w:t>
      </w:r>
      <w:r>
        <w:rPr>
          <w:b w:val="false"/>
          <w:sz w:val="24"/>
          <w:szCs w:val="24"/>
        </w:rPr>
        <w:t xml:space="preserve"> Виктории</w:t>
      </w:r>
    </w:p>
    <w:p>
      <w:pPr>
        <w:pStyle w:val="Normal"/>
        <w:spacing w:before="0" w:after="120"/>
        <w:ind w:left="4535" w:hanging="0"/>
        <w:jc w:val="right"/>
        <w:rPr>
          <w:sz w:val="24"/>
          <w:szCs w:val="24"/>
        </w:rPr>
      </w:pPr>
      <w:r>
        <w:rPr>
          <w:b w:val="false"/>
          <w:sz w:val="24"/>
          <w:szCs w:val="24"/>
        </w:rPr>
        <w:t>Александровне</w:t>
      </w:r>
    </w:p>
    <w:p>
      <w:pPr>
        <w:pStyle w:val="Normal"/>
        <w:spacing w:before="0" w:after="120"/>
        <w:ind w:left="4535" w:hanging="0"/>
        <w:jc w:val="right"/>
        <w:rPr>
          <w:sz w:val="24"/>
          <w:szCs w:val="24"/>
        </w:rPr>
      </w:pPr>
      <w:r>
        <w:rPr>
          <w:b w:val="false"/>
          <w:sz w:val="24"/>
          <w:szCs w:val="24"/>
        </w:rPr>
        <w:t>от [ФИО полностью]</w:t>
        <w:br/>
      </w:r>
      <w:r>
        <w:rPr>
          <w:b w:val="false"/>
          <w:sz w:val="24"/>
          <w:szCs w:val="24"/>
          <w:lang w:val="en-US"/>
        </w:rPr>
        <w:t xml:space="preserve">[email, </w:t>
      </w:r>
      <w:r>
        <w:rPr>
          <w:b w:val="false"/>
          <w:sz w:val="24"/>
          <w:szCs w:val="24"/>
          <w:lang w:val="ru-RU"/>
        </w:rPr>
        <w:t>который указали при оплате на геткурсе</w:t>
      </w:r>
      <w:r>
        <w:rPr>
          <w:b w:val="false"/>
          <w:sz w:val="24"/>
          <w:szCs w:val="24"/>
          <w:lang w:val="en-US"/>
        </w:rPr>
        <w:t>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Прошу вернуть оплату за [название курса/сессии/услуги] в полном размере [сумма] руб. ([сумма прописью] рублей 00 копеек).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Квитанция об оплате № [номер квитанции]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По заказу № [номер заказа]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От [дата и время оплаты]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Реквизиты для возврата: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Получатель: [ФИО получателя полностью]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Банк: [наименование банка]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БИК: [БИК банка]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Корр. счёт: [корреспондентский счёт банка]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ИНН: [ИНН банка]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КПП: [КПП банка]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Расчётный счёт / номер счёта получателя: [номер счёта]</w:t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Номер карты: [номер карты]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sz w:val="24"/>
          <w:szCs w:val="24"/>
        </w:rPr>
      </w:pPr>
      <w:r>
        <w:rPr>
          <w:b w:val="false"/>
          <w:sz w:val="24"/>
          <w:szCs w:val="24"/>
        </w:rPr>
        <w:t>Реквизиты и квитанцию прилагаю.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00"/>
        <w:jc w:val="right"/>
        <w:rPr>
          <w:sz w:val="24"/>
          <w:szCs w:val="24"/>
        </w:rPr>
      </w:pPr>
      <w:r>
        <w:rPr>
          <w:sz w:val="24"/>
          <w:szCs w:val="24"/>
        </w:rPr>
        <w:t>[дата]                                    [Фамилия И.О.]  _____________ (подпись)</w:t>
      </w:r>
    </w:p>
    <w:sectPr>
      <w:type w:val="nextPage"/>
      <w:pgSz w:w="12240" w:h="15840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Courier">
    <w:altName w:val="Courier New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8"/>
      <w:szCs w:val="22"/>
      <w:lang w:val="en-US" w:eastAsia="en-US" w:bidi="ar-SA"/>
    </w:rPr>
  </w:style>
  <w:style w:type="paragraph" w:styleId="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Style5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6">
    <w:name w:val="Заголовок"/>
    <w:basedOn w:val="Normal"/>
    <w:next w:val="Style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7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Style8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Style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"/>
    </w:rPr>
  </w:style>
  <w:style w:type="paragraph" w:styleId="Style11">
    <w:name w:val="Колонтитул"/>
    <w:basedOn w:val="Normal"/>
    <w:qFormat/>
    <w:pPr/>
    <w:rPr/>
  </w:style>
  <w:style w:type="paragraph" w:styleId="Style12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13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Style14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tyle15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Style16">
    <w:name w:val="Index Heading"/>
    <w:basedOn w:val="Style6"/>
    <w:pPr/>
    <w:rPr/>
  </w:style>
  <w:style w:type="paragraph" w:styleId="Style17">
    <w:name w:val="TOC Heading"/>
    <w:basedOn w:val="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LibreOffice/7.5.1.2$Windows_X86_64 LibreOffice_project/fcbaee479e84c6cd81291587d2ee68cba099e129</Application>
  <AppVersion>15.0000</AppVersion>
  <Pages>1</Pages>
  <Words>91</Words>
  <Characters>573</Characters>
  <CharactersWithSpaces>681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2026-08-20T17:46:59Z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